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1A2F" w:rsidRPr="000038BB" w:rsidRDefault="00B15894" w:rsidP="00F91C13">
      <w:pPr>
        <w:spacing w:after="0"/>
        <w:jc w:val="center"/>
      </w:pPr>
      <w:r w:rsidRPr="00F91C13">
        <w:rPr>
          <w:noProof/>
          <w:sz w:val="28"/>
          <w:szCs w:val="28"/>
          <w:lang w:val="es-ES" w:eastAsia="es-ES"/>
        </w:rPr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0CF80932" wp14:editId="22856AF4">
                <wp:simplePos x="0" y="0"/>
                <wp:positionH relativeFrom="column">
                  <wp:posOffset>-196215</wp:posOffset>
                </wp:positionH>
                <wp:positionV relativeFrom="paragraph">
                  <wp:posOffset>735330</wp:posOffset>
                </wp:positionV>
                <wp:extent cx="5966460" cy="1249680"/>
                <wp:effectExtent l="0" t="0" r="0" b="7620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6460" cy="1249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58374" h="1018091">
                              <a:moveTo>
                                <a:pt x="0" y="0"/>
                              </a:moveTo>
                              <a:lnTo>
                                <a:pt x="5358373" y="0"/>
                              </a:lnTo>
                              <a:lnTo>
                                <a:pt x="5358373" y="1018091"/>
                              </a:lnTo>
                              <a:lnTo>
                                <a:pt x="0" y="101809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7C8E" id="Freeform 4" o:spid="_x0000_s1026" style="position:absolute;margin-left:-15.45pt;margin-top:57.9pt;width:469.8pt;height:98.4pt;z-index:-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58374,1018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" path="m,l5358373,r,1018091l,1018091,,xe" stroked="f">
                <v:fill r:id="rId13" o:title="" recolor="t" rotate="t" type="frame"/>
                <v:path arrowok="t"/>
              </v:shape>
            </w:pict>
          </mc:Fallback>
        </mc:AlternateContent>
      </w:r>
      <w:r w:rsidR="00F91C13" w:rsidRPr="00F91C13">
        <w:rPr>
          <w:noProof/>
          <w:sz w:val="28"/>
          <w:szCs w:val="28"/>
          <w:lang w:val="es-ES" w:eastAsia="es-ES"/>
        </w:rPr>
        <mc:AlternateContent>
          <mc:Choice Requires="wps">
            <w:drawing>
              <wp:anchor distT="0" distB="0" distL="114300" distR="114300" simplePos="0" relativeHeight="251642880" behindDoc="1" locked="0" layoutInCell="1" allowOverlap="1" wp14:anchorId="28AF6070" wp14:editId="6B1376B0">
                <wp:simplePos x="0" y="0"/>
                <wp:positionH relativeFrom="column">
                  <wp:posOffset>203835</wp:posOffset>
                </wp:positionH>
                <wp:positionV relativeFrom="paragraph">
                  <wp:posOffset>-40005</wp:posOffset>
                </wp:positionV>
                <wp:extent cx="5124450" cy="1412240"/>
                <wp:effectExtent l="0" t="0" r="0" b="0"/>
                <wp:wrapNone/>
                <wp:docPr id="1347293898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450" cy="1412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54164" h="1412504">
                              <a:moveTo>
                                <a:pt x="0" y="0"/>
                              </a:moveTo>
                              <a:lnTo>
                                <a:pt x="3754164" y="0"/>
                              </a:lnTo>
                              <a:lnTo>
                                <a:pt x="3754164" y="1412504"/>
                              </a:lnTo>
                              <a:lnTo>
                                <a:pt x="0" y="14125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1BC9CC" id="Freeform 2" o:spid="_x0000_s1026" style="position:absolute;margin-left:16.05pt;margin-top:-3.15pt;width:403.5pt;height:111.2pt;z-index:-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3754164,1412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" path="m,l3754164,r,1412504l,1412504,,xe" stroked="f">
                <v:fill r:id="rId15" o:title="" recolor="t" rotate="t" type="frame"/>
                <v:path arrowok="t"/>
              </v:shape>
            </w:pict>
          </mc:Fallback>
        </mc:AlternateContent>
      </w:r>
      <w:r w:rsidR="00D82ADC" w:rsidRPr="00F91C13">
        <w:rPr>
          <w:b/>
          <w:sz w:val="44"/>
          <w:szCs w:val="28"/>
        </w:rPr>
        <w:t>Taller intensivo (</w:t>
      </w:r>
      <w:r w:rsidR="001C1823" w:rsidRPr="00F91C13">
        <w:rPr>
          <w:b/>
          <w:sz w:val="44"/>
          <w:szCs w:val="28"/>
        </w:rPr>
        <w:t>e</w:t>
      </w:r>
      <w:r w:rsidR="00D82ADC" w:rsidRPr="00F91C13">
        <w:rPr>
          <w:b/>
          <w:sz w:val="44"/>
          <w:szCs w:val="28"/>
        </w:rPr>
        <w:t>nero 2026)</w:t>
      </w:r>
      <w:r w:rsidR="00D82ADC" w:rsidRPr="00F91C13">
        <w:rPr>
          <w:b/>
          <w:sz w:val="44"/>
          <w:szCs w:val="28"/>
        </w:rPr>
        <w:br/>
        <w:t>Ser y hacer en comunidad de aprendizaje</w:t>
      </w:r>
    </w:p>
    <w:p w:rsidR="00F91C13" w:rsidRPr="00F91C13" w:rsidRDefault="00F91C13">
      <w:pPr>
        <w:jc w:val="center"/>
        <w:rPr>
          <w:b/>
          <w:i/>
          <w:sz w:val="2"/>
          <w:szCs w:val="2"/>
        </w:rPr>
      </w:pPr>
    </w:p>
    <w:p w:rsidR="00DB1A2F" w:rsidRPr="00634064" w:rsidRDefault="00587ED8">
      <w:pPr>
        <w:jc w:val="center"/>
        <w:rPr>
          <w:b/>
          <w:i/>
        </w:rPr>
      </w:pPr>
      <w:r w:rsidRPr="00634064">
        <w:rPr>
          <w:b/>
          <w:i/>
        </w:rPr>
        <w:t>P</w:t>
      </w:r>
      <w:r w:rsidR="00D82ADC" w:rsidRPr="00634064">
        <w:rPr>
          <w:b/>
          <w:i/>
        </w:rPr>
        <w:t>roductos</w:t>
      </w:r>
      <w:r w:rsidRPr="00634064">
        <w:rPr>
          <w:b/>
          <w:i/>
        </w:rPr>
        <w:t xml:space="preserve"> contestados</w:t>
      </w:r>
      <w:r w:rsidR="00D82ADC" w:rsidRPr="00634064">
        <w:rPr>
          <w:b/>
          <w:i/>
        </w:rPr>
        <w:t xml:space="preserve"> listos para editar </w:t>
      </w:r>
    </w:p>
    <w:p w:rsidR="00587ED8" w:rsidRPr="00634064" w:rsidRDefault="00587ED8">
      <w:pPr>
        <w:jc w:val="center"/>
        <w:rPr>
          <w:b/>
          <w:i/>
        </w:rPr>
      </w:pPr>
      <w:r w:rsidRPr="00634064">
        <w:rPr>
          <w:b/>
          <w:i/>
        </w:rPr>
        <w:t xml:space="preserve">Nombre de la </w:t>
      </w:r>
      <w:proofErr w:type="gramStart"/>
      <w:r w:rsidRPr="00634064">
        <w:rPr>
          <w:b/>
          <w:i/>
        </w:rPr>
        <w:t>Escuela</w:t>
      </w:r>
      <w:r w:rsidR="001C1823" w:rsidRPr="00634064">
        <w:rPr>
          <w:b/>
          <w:i/>
        </w:rPr>
        <w:t>:_</w:t>
      </w:r>
      <w:proofErr w:type="gramEnd"/>
      <w:r w:rsidR="001C1823" w:rsidRPr="00634064">
        <w:rPr>
          <w:b/>
          <w:i/>
        </w:rPr>
        <w:t>____________________________________________</w:t>
      </w:r>
    </w:p>
    <w:p w:rsidR="00587ED8" w:rsidRPr="00634064" w:rsidRDefault="00587ED8">
      <w:pPr>
        <w:jc w:val="center"/>
        <w:rPr>
          <w:b/>
        </w:rPr>
      </w:pPr>
      <w:r w:rsidRPr="00634064">
        <w:rPr>
          <w:b/>
        </w:rPr>
        <w:t xml:space="preserve">Nombre del docente: ________________________________   Grado y </w:t>
      </w:r>
      <w:proofErr w:type="gramStart"/>
      <w:r w:rsidRPr="00634064">
        <w:rPr>
          <w:b/>
        </w:rPr>
        <w:t>grupo:_</w:t>
      </w:r>
      <w:proofErr w:type="gramEnd"/>
      <w:r w:rsidRPr="00634064">
        <w:rPr>
          <w:b/>
        </w:rPr>
        <w:t>______</w:t>
      </w:r>
    </w:p>
    <w:p w:rsidR="00DB1A2F" w:rsidRDefault="000E0725">
      <w:r w:rsidRPr="000E0725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B27F109" wp14:editId="34605A08">
                <wp:simplePos x="0" y="0"/>
                <wp:positionH relativeFrom="column">
                  <wp:posOffset>-482600</wp:posOffset>
                </wp:positionH>
                <wp:positionV relativeFrom="paragraph">
                  <wp:posOffset>115570</wp:posOffset>
                </wp:positionV>
                <wp:extent cx="1240155" cy="1236345"/>
                <wp:effectExtent l="0" t="0" r="0" b="1905"/>
                <wp:wrapNone/>
                <wp:docPr id="7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0155" cy="1236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8472" h="2036903">
                              <a:moveTo>
                                <a:pt x="0" y="0"/>
                              </a:moveTo>
                              <a:lnTo>
                                <a:pt x="2078473" y="0"/>
                              </a:lnTo>
                              <a:lnTo>
                                <a:pt x="2078473" y="2036903"/>
                              </a:lnTo>
                              <a:lnTo>
                                <a:pt x="0" y="20369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BCE06" id="Freeform 7" o:spid="_x0000_s1026" style="position:absolute;margin-left:-38pt;margin-top:9.1pt;width:97.65pt;height:97.3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078472,2036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" path="m,l2078473,r,2036903l,2036903,,xe" stroked="f">
                <v:fill r:id="rId17" o:title="" recolor="t" rotate="t" type="frame"/>
                <v:path arrowok="t"/>
              </v:shape>
            </w:pict>
          </mc:Fallback>
        </mc:AlternateContent>
      </w:r>
    </w:p>
    <w:p w:rsidR="001C1823" w:rsidRDefault="000E0725">
      <w:r w:rsidRPr="000E0725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FF242A6" wp14:editId="0BF3E97F">
                <wp:simplePos x="0" y="0"/>
                <wp:positionH relativeFrom="column">
                  <wp:posOffset>3632200</wp:posOffset>
                </wp:positionH>
                <wp:positionV relativeFrom="paragraph">
                  <wp:posOffset>9525</wp:posOffset>
                </wp:positionV>
                <wp:extent cx="1855943" cy="1221056"/>
                <wp:effectExtent l="0" t="0" r="0" b="0"/>
                <wp:wrapNone/>
                <wp:docPr id="8" name="Freefor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5943" cy="122105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55943" h="1221056">
                              <a:moveTo>
                                <a:pt x="0" y="0"/>
                              </a:moveTo>
                              <a:lnTo>
                                <a:pt x="1855944" y="0"/>
                              </a:lnTo>
                              <a:lnTo>
                                <a:pt x="1855944" y="1221056"/>
                              </a:lnTo>
                              <a:lnTo>
                                <a:pt x="0" y="122105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12E30C" id="Freeform 8" o:spid="_x0000_s1026" style="position:absolute;margin-left:286pt;margin-top:.75pt;width:146.15pt;height:96.15pt;z-index: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55943,1221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" path="m,l1855944,r,1221056l,1221056,,xe" stroked="f">
                <v:fill r:id="rId19" o:title="" recolor="t" rotate="t" type="frame"/>
                <v:path arrowok="t"/>
              </v:shape>
            </w:pict>
          </mc:Fallback>
        </mc:AlternateContent>
      </w:r>
    </w:p>
    <w:p w:rsidR="001C1823" w:rsidRDefault="001C1823"/>
    <w:p w:rsidR="001C1823" w:rsidRDefault="00F91C13">
      <w:r w:rsidRPr="000E0725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0B15DC5B" wp14:editId="60B34FF2">
                <wp:simplePos x="0" y="0"/>
                <wp:positionH relativeFrom="column">
                  <wp:posOffset>-895350</wp:posOffset>
                </wp:positionH>
                <wp:positionV relativeFrom="paragraph">
                  <wp:posOffset>373380</wp:posOffset>
                </wp:positionV>
                <wp:extent cx="1968500" cy="4843145"/>
                <wp:effectExtent l="0" t="0" r="0" b="0"/>
                <wp:wrapNone/>
                <wp:docPr id="9" name="Freefor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0" cy="4843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41415" h="3967166">
                              <a:moveTo>
                                <a:pt x="0" y="0"/>
                              </a:moveTo>
                              <a:lnTo>
                                <a:pt x="1641415" y="0"/>
                              </a:lnTo>
                              <a:lnTo>
                                <a:pt x="1641415" y="3967167"/>
                              </a:lnTo>
                              <a:lnTo>
                                <a:pt x="0" y="39671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4EC62" id="Freeform 9" o:spid="_x0000_s1026" style="position:absolute;margin-left:-70.5pt;margin-top:29.4pt;width:155pt;height:381.35pt;z-index:-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41415,3967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" path="m,l1641415,r,3967167l,3967167,,xe" stroked="f">
                <v:fill r:id="rId21" o:title="" recolor="t" rotate="t" type="frame"/>
                <v:path arrowok="t"/>
              </v:shape>
            </w:pict>
          </mc:Fallback>
        </mc:AlternateContent>
      </w:r>
    </w:p>
    <w:p w:rsidR="001C1823" w:rsidRDefault="001C1823"/>
    <w:p w:rsidR="001C1823" w:rsidRDefault="001C1823"/>
    <w:p w:rsidR="001C1823" w:rsidRDefault="00B15894">
      <w:r>
        <w:rPr>
          <w:noProof/>
          <w:lang w:val="es-ES" w:eastAsia="es-ES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135890</wp:posOffset>
            </wp:positionV>
            <wp:extent cx="3101975" cy="382905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AESTROS JUNIO (1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97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1823" w:rsidRDefault="00B15894">
      <w:r>
        <w:rPr>
          <w:noProof/>
          <w:lang w:val="es-ES" w:eastAsia="es-E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3327400</wp:posOffset>
            </wp:positionH>
            <wp:positionV relativeFrom="paragraph">
              <wp:posOffset>170180</wp:posOffset>
            </wp:positionV>
            <wp:extent cx="2819400" cy="3638787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AESTROS JUNIO (10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638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1823" w:rsidRDefault="001C1823"/>
    <w:p w:rsidR="001C1823" w:rsidRDefault="001C1823"/>
    <w:p w:rsidR="001C1823" w:rsidRDefault="001C1823"/>
    <w:p w:rsidR="001C1823" w:rsidRDefault="001C1823"/>
    <w:p w:rsidR="001C1823" w:rsidRDefault="001C1823"/>
    <w:p w:rsidR="001C1823" w:rsidRDefault="000E0725">
      <w:r w:rsidRPr="000E0725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599872" behindDoc="1" locked="0" layoutInCell="1" allowOverlap="1" wp14:anchorId="76282406" wp14:editId="7CFAF85B">
                <wp:simplePos x="0" y="0"/>
                <wp:positionH relativeFrom="column">
                  <wp:posOffset>3076575</wp:posOffset>
                </wp:positionH>
                <wp:positionV relativeFrom="paragraph">
                  <wp:posOffset>18415</wp:posOffset>
                </wp:positionV>
                <wp:extent cx="3410900" cy="1758035"/>
                <wp:effectExtent l="0" t="0" r="0" b="0"/>
                <wp:wrapNone/>
                <wp:docPr id="10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0900" cy="1758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10900" h="1758035">
                              <a:moveTo>
                                <a:pt x="0" y="0"/>
                              </a:moveTo>
                              <a:lnTo>
                                <a:pt x="3410900" y="0"/>
                              </a:lnTo>
                              <a:lnTo>
                                <a:pt x="3410900" y="1758035"/>
                              </a:lnTo>
                              <a:lnTo>
                                <a:pt x="0" y="175803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84257F" id="Freeform 10" o:spid="_x0000_s1026" style="position:absolute;margin-left:242.25pt;margin-top:1.45pt;width:268.55pt;height:138.45pt;z-index:-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410900,1758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" path="m,l3410900,r,1758035l,1758035,,xe" stroked="f">
                <v:fill r:id="rId25" o:title="" recolor="t" rotate="t" type="frame"/>
                <v:path arrowok="t"/>
              </v:shape>
            </w:pict>
          </mc:Fallback>
        </mc:AlternateContent>
      </w:r>
    </w:p>
    <w:p w:rsidR="001C1823" w:rsidRDefault="001C1823"/>
    <w:p w:rsidR="001C1823" w:rsidRDefault="001C1823"/>
    <w:p w:rsidR="001C1823" w:rsidRDefault="00F91C13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115570</wp:posOffset>
                </wp:positionV>
                <wp:extent cx="6870138" cy="1308044"/>
                <wp:effectExtent l="57150" t="19050" r="83185" b="102235"/>
                <wp:wrapNone/>
                <wp:docPr id="901831471" name="E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138" cy="1308044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5E16F7" id="Elipse 1" o:spid="_x0000_s1026" style="position:absolute;margin-left:-45.95pt;margin-top:9.1pt;width:540.95pt;height:103pt;z-index:-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</w:p>
    <w:p w:rsidR="00DB1A2F" w:rsidRPr="000038BB" w:rsidRDefault="00D82ADC">
      <w:pPr>
        <w:pStyle w:val="Ttulo1"/>
      </w:pPr>
      <w:r w:rsidRPr="000038BB">
        <w:lastRenderedPageBreak/>
        <w:t>Espacio 1. Huella colectiva</w:t>
      </w:r>
    </w:p>
    <w:p w:rsidR="00DB1A2F" w:rsidRPr="000038BB" w:rsidRDefault="00D82ADC">
      <w:pPr>
        <w:pStyle w:val="Ttulo2"/>
      </w:pPr>
      <w:r w:rsidRPr="000038BB">
        <w:t>Producto 1. Trayecto de avance del colectivo (mapa/camino/ruta)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Una representación visual del recorrido del colectivo como comunidad de aprendizaje, considerando participación, roles, interacción, actividades, conflictos/soluciones, conocimiento construido, fuentes de aprendizaje y seguimiento a compromisos.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reconocer avances reales, identificar qué ha funcionado y qué falta para consolidar la comunidad de aprendizaje.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0038BB">
            <w:r w:rsidRPr="000038BB">
              <w:rPr>
                <w:b/>
              </w:rPr>
              <w:t>Producto ya hecho</w:t>
            </w:r>
            <w:r w:rsidR="00D82ADC" w:rsidRPr="000038BB">
              <w:rPr>
                <w:b/>
              </w:rPr>
              <w:t xml:space="preserve">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Título</w:t>
            </w:r>
            <w:r w:rsidR="000038BB">
              <w:t xml:space="preserve"> del trayecto</w:t>
            </w:r>
            <w:r w:rsidRPr="000038BB">
              <w:t>: “Nuestro trayecto como comunidad de aprendizaje (</w:t>
            </w:r>
            <w:proofErr w:type="gramStart"/>
            <w:r w:rsidRPr="000038BB">
              <w:t>Agosto</w:t>
            </w:r>
            <w:proofErr w:type="gramEnd"/>
            <w:r w:rsidRPr="000038BB">
              <w:t xml:space="preserve"> 2025 – Enero 2026)”</w:t>
            </w:r>
          </w:p>
          <w:p w:rsidR="00DB1A2F" w:rsidRPr="000038BB" w:rsidRDefault="00D82ADC">
            <w:pPr>
              <w:pStyle w:val="Listaconvietas"/>
            </w:pPr>
            <w:r w:rsidRPr="000038BB">
              <w:t>1) Participación: 80% participa en plenaria; 20% suele guardar silencio (acordamos dar turnos).</w:t>
            </w:r>
          </w:p>
          <w:p w:rsidR="00DB1A2F" w:rsidRPr="000038BB" w:rsidRDefault="00D82ADC">
            <w:pPr>
              <w:pStyle w:val="Listaconvietas"/>
            </w:pPr>
            <w:r w:rsidRPr="000038BB">
              <w:t>2) Roles: moderación rotativa; relatoría por equipos; control de tiempo asignado.</w:t>
            </w:r>
          </w:p>
          <w:p w:rsidR="00DB1A2F" w:rsidRPr="000038BB" w:rsidRDefault="00D82ADC">
            <w:pPr>
              <w:pStyle w:val="Listaconvietas"/>
            </w:pPr>
            <w:r w:rsidRPr="000038BB">
              <w:t>3) Interacción: más diálogo horizontal; disminuyó la “solo informar” y aumentó el intercambio de estrategias.</w:t>
            </w:r>
          </w:p>
          <w:p w:rsidR="00DB1A2F" w:rsidRPr="000038BB" w:rsidRDefault="00D82ADC">
            <w:pPr>
              <w:pStyle w:val="Listaconvietas"/>
            </w:pPr>
            <w:r w:rsidRPr="000038BB">
              <w:t>4) Actividades clave: análisis de PDA, diseño de situaciones didácticas, acuerdos de evaluación formativa.</w:t>
            </w:r>
          </w:p>
          <w:p w:rsidR="00DB1A2F" w:rsidRPr="000038BB" w:rsidRDefault="00D82ADC">
            <w:pPr>
              <w:pStyle w:val="Listaconvietas"/>
            </w:pPr>
            <w:r w:rsidRPr="000038BB">
              <w:t>5) Conflictos y soluciones: desacuerdos por tareas administrativas → calendarizamos y repartimos responsables.</w:t>
            </w:r>
          </w:p>
          <w:p w:rsidR="00DB1A2F" w:rsidRPr="000038BB" w:rsidRDefault="00D82ADC">
            <w:pPr>
              <w:pStyle w:val="Listaconvietas"/>
            </w:pPr>
            <w:r w:rsidRPr="000038BB">
              <w:t>6) Conocimiento construido: criterios comunes para retroalimentación y rúbrica institucional básica.</w:t>
            </w:r>
          </w:p>
          <w:p w:rsidR="00DB1A2F" w:rsidRPr="000038BB" w:rsidRDefault="00D82ADC">
            <w:pPr>
              <w:pStyle w:val="Listaconvietas"/>
            </w:pPr>
            <w:r w:rsidRPr="000038BB">
              <w:t>7) Fuentes de aprendizaje: Orientaciones CTE, experiencia de aula, lecturas breves, videos SEP.</w:t>
            </w:r>
          </w:p>
          <w:p w:rsidR="00DB1A2F" w:rsidRPr="000038BB" w:rsidRDefault="00D82ADC">
            <w:pPr>
              <w:pStyle w:val="Listaconvietas"/>
            </w:pPr>
            <w:r w:rsidRPr="000038BB">
              <w:t>8) Seguimiento: acuerdos en bitácora + revisión quincenal en reuniones cortas (15 min).</w:t>
            </w:r>
          </w:p>
          <w:p w:rsidR="00DB1A2F" w:rsidRPr="000038BB" w:rsidRDefault="00D82ADC">
            <w:pPr>
              <w:pStyle w:val="Listaconvietas"/>
            </w:pPr>
            <w:r w:rsidRPr="000038BB">
              <w:t>Conclusión del trayecto: “Pasamos de reunirnos a trabajar con propósito compartido; falta sostener seguimiento y evidencias.”</w:t>
            </w:r>
          </w:p>
        </w:tc>
      </w:tr>
    </w:tbl>
    <w:p w:rsidR="00DB1A2F" w:rsidRPr="000038BB" w:rsidRDefault="00D82ADC">
      <w:pPr>
        <w:pStyle w:val="Ttulo2"/>
      </w:pPr>
      <w:r w:rsidRPr="000038BB">
        <w:t>Producto 2. Recuadro de reflexión: aprendizajes, experiencias y retos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 registro breve que sintetiza (1) aprendizajes consolidados, (2) experiencias que fortalecieron y (3) retos que persisten.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cerrar el Espacio 1 con una fotografía clara del momento actual del colectivo.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0038BB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Aprendizajes consolidados:</w:t>
            </w:r>
          </w:p>
          <w:p w:rsidR="00DB1A2F" w:rsidRPr="000038BB" w:rsidRDefault="00D82ADC">
            <w:pPr>
              <w:pStyle w:val="Listaconvietas"/>
            </w:pPr>
            <w:r w:rsidRPr="000038BB">
              <w:t>- Acordamos una forma común de planear (propósito, PDA, evidencias, evaluación).</w:t>
            </w:r>
          </w:p>
          <w:p w:rsidR="00DB1A2F" w:rsidRPr="000038BB" w:rsidRDefault="00D82ADC">
            <w:pPr>
              <w:pStyle w:val="Listaconvietas"/>
            </w:pPr>
            <w:r w:rsidRPr="000038BB">
              <w:lastRenderedPageBreak/>
              <w:t>- Mejoró la escucha: se registran acuerdos y se respetan turnos.</w:t>
            </w:r>
          </w:p>
          <w:p w:rsidR="00DB1A2F" w:rsidRPr="000038BB" w:rsidRDefault="00DB1A2F" w:rsidP="000038BB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>Experiencias que nos fortalecieron:</w:t>
            </w:r>
          </w:p>
          <w:p w:rsidR="00DB1A2F" w:rsidRPr="000038BB" w:rsidRDefault="00D82ADC">
            <w:pPr>
              <w:pStyle w:val="Listaconvietas"/>
            </w:pPr>
            <w:r w:rsidRPr="000038BB">
              <w:t>- Planeación conjunta por proyectos con codiseño (2 sesiones).</w:t>
            </w:r>
          </w:p>
          <w:p w:rsidR="00DB1A2F" w:rsidRPr="000038BB" w:rsidRDefault="00D82ADC">
            <w:pPr>
              <w:pStyle w:val="Listaconvietas"/>
            </w:pPr>
            <w:r w:rsidRPr="000038BB">
              <w:t>- Observación entre pares con retroalimentación respetuosa (1 ciclo).</w:t>
            </w:r>
          </w:p>
          <w:p w:rsidR="00DB1A2F" w:rsidRPr="000038BB" w:rsidRDefault="00DB1A2F" w:rsidP="000038BB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>Retos que persisten:</w:t>
            </w:r>
          </w:p>
          <w:p w:rsidR="00DB1A2F" w:rsidRPr="000038BB" w:rsidRDefault="00D82ADC">
            <w:pPr>
              <w:pStyle w:val="Listaconvietas"/>
            </w:pPr>
            <w:r w:rsidRPr="000038BB">
              <w:t>- Dar seguimiento a acuerdos (se nos olvida revisar evidencias).</w:t>
            </w:r>
          </w:p>
          <w:p w:rsidR="00DB1A2F" w:rsidRPr="000038BB" w:rsidRDefault="00D82ADC">
            <w:pPr>
              <w:pStyle w:val="Listaconvietas"/>
            </w:pPr>
            <w:r w:rsidRPr="000038BB">
              <w:t>- Involucrar más a familias en procesos de aprendizaje.</w:t>
            </w:r>
          </w:p>
        </w:tc>
      </w:tr>
    </w:tbl>
    <w:p w:rsidR="00DB1A2F" w:rsidRPr="000038BB" w:rsidRDefault="00D82ADC">
      <w:pPr>
        <w:pStyle w:val="Ttulo1"/>
      </w:pPr>
      <w:r w:rsidRPr="000038BB">
        <w:lastRenderedPageBreak/>
        <w:t>Espacio 2. La práctica docente bajo la lupa</w:t>
      </w:r>
    </w:p>
    <w:p w:rsidR="00DB1A2F" w:rsidRPr="000038BB" w:rsidRDefault="00D82ADC">
      <w:pPr>
        <w:pStyle w:val="Ttulo2"/>
      </w:pPr>
      <w:r w:rsidRPr="000038BB">
        <w:t>Producto 3. Organización de enunciados por dimensiones de la práctica docente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 xml:space="preserve">Una clasificación (en equipo) de enunciados/ideas según dimensiones de la práctica: personal, didáctica, institucional, interpersonal, social y </w:t>
            </w:r>
            <w:proofErr w:type="spellStart"/>
            <w:r w:rsidRPr="000038BB">
              <w:t>valoral</w:t>
            </w:r>
            <w:proofErr w:type="spellEnd"/>
            <w:r w:rsidRPr="000038BB">
              <w:t xml:space="preserve"> (entre otras).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mirar la práctica de forma integral y evitar análisis reducidos (solo ‘lo didáctico’ o solo ‘lo administrativo’).</w:t>
            </w:r>
          </w:p>
        </w:tc>
      </w:tr>
      <w:tr w:rsidR="00DB1A2F" w:rsidRPr="000038BB">
        <w:tc>
          <w:tcPr>
            <w:tcW w:w="8640" w:type="dxa"/>
          </w:tcPr>
          <w:p w:rsidR="00DB1A2F" w:rsidRPr="00587ED8" w:rsidRDefault="000038BB">
            <w:r w:rsidRPr="00587ED8">
              <w:rPr>
                <w:b/>
              </w:rPr>
              <w:t>Producto</w:t>
            </w:r>
            <w:r w:rsidR="00D82ADC" w:rsidRPr="00587ED8">
              <w:rPr>
                <w:b/>
              </w:rPr>
              <w:t xml:space="preserve"> ya hecho (puedes editarlo):</w:t>
            </w:r>
            <w:r w:rsidR="00D82ADC" w:rsidRPr="00587ED8">
              <w:rPr>
                <w:b/>
              </w:rPr>
              <w:br/>
            </w:r>
          </w:p>
          <w:p w:rsidR="00587ED8" w:rsidRPr="00587ED8" w:rsidRDefault="00587ED8" w:rsidP="00587ED8">
            <w:r w:rsidRPr="00587ED8">
              <w:rPr>
                <w:b/>
                <w:sz w:val="24"/>
              </w:rPr>
              <w:t>Dimensión personal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Las maestras y los maestros son personas en transformación; con ideas, motivos, proyectos y circunstancias de vida que imprimen determinada orientación a su quehacer profesional.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Se reconoce a maestras y maestros como sujetos históricos capaces de analizar su presente y construir su futuro, que vinculan su historia personal y su trayectoria profesional, así como su vida cotidiana y su quehacer profesional.</w:t>
            </w:r>
          </w:p>
          <w:p w:rsidR="00587ED8" w:rsidRPr="00587ED8" w:rsidRDefault="00587ED8" w:rsidP="00587ED8">
            <w:r w:rsidRPr="00587ED8">
              <w:rPr>
                <w:b/>
                <w:sz w:val="24"/>
              </w:rPr>
              <w:t xml:space="preserve">Dimensión </w:t>
            </w:r>
            <w:proofErr w:type="spellStart"/>
            <w:r w:rsidRPr="00587ED8">
              <w:rPr>
                <w:b/>
                <w:sz w:val="24"/>
              </w:rPr>
              <w:t>valoral</w:t>
            </w:r>
            <w:proofErr w:type="spellEnd"/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La práctica de cada maestra y maestro da cuenta de sus valores personales a través de sus preferencias, sus actitudes y sus juicios de valor, lo que define una orientación de su actuación cotidiana.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Implica analizar sus actos y expresiones; lo que considera y afirma como valioso, su manera de hacer frente a situaciones diversas y tomar decisiones, pues lo que comunica a través de su palabra y de sus actos manifiesta sus valores.</w:t>
            </w:r>
          </w:p>
          <w:p w:rsidR="00587ED8" w:rsidRPr="00587ED8" w:rsidRDefault="00587ED8" w:rsidP="00587ED8">
            <w:r w:rsidRPr="00587ED8">
              <w:rPr>
                <w:b/>
                <w:sz w:val="24"/>
              </w:rPr>
              <w:t>Dimensión institucional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La institución escolar es una construcción cultural en la que cada maestra y maestro aporta sus intereses, habilidades, proyectos y saberes a una acción educativa común.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La escuela es el espacio privilegiado de socialización profesional, en el que cada docente entra en contacto con los saberes del oficio y la cultura magisterial, así como con tradiciones y costumbres.</w:t>
            </w:r>
          </w:p>
          <w:p w:rsidR="00587ED8" w:rsidRPr="00587ED8" w:rsidRDefault="00587ED8" w:rsidP="00587ED8">
            <w:r w:rsidRPr="00587ED8">
              <w:rPr>
                <w:b/>
                <w:sz w:val="24"/>
              </w:rPr>
              <w:t>Dimensión interpersonal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lastRenderedPageBreak/>
              <w:t>La función docente se finca en las relaciones con quienes se involucran en el proceso educativo: estudiantes, colegas, autoridades, madres y padres de familia, y en el tipo de convivencia que se genera.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Las relaciones que se gestan en la escuela son complejas, pues se construyen sobre las diferencias individuales en un marco institucional, así como metas, intereses, ideologías y preferencias.</w:t>
            </w:r>
          </w:p>
          <w:p w:rsidR="00587ED8" w:rsidRPr="00587ED8" w:rsidRDefault="00587ED8" w:rsidP="00587ED8">
            <w:r w:rsidRPr="00587ED8">
              <w:rPr>
                <w:b/>
                <w:sz w:val="24"/>
              </w:rPr>
              <w:t>Dimensión social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El quehacer docente se desarrolla en un entorno particular —histórico, político, social, geográfico, cultural y económico— que le imprime condiciones y demandas.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Este entorno constituye el espacio de incidencia más inmediato de su labor y condiciona los procesos educativos y escolares.</w:t>
            </w:r>
          </w:p>
          <w:p w:rsidR="00587ED8" w:rsidRPr="00587ED8" w:rsidRDefault="00587ED8" w:rsidP="00587ED8">
            <w:r w:rsidRPr="00587ED8">
              <w:rPr>
                <w:b/>
                <w:sz w:val="24"/>
              </w:rPr>
              <w:t>Dimensión didáctica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Refiere al papel docente como agente que orienta, dirige, facilita y guía la interacción de las alumnas y los alumnos con el saber colectivo culturalmente organizado (currículum), para que construyan su propio conocimiento.</w:t>
            </w:r>
          </w:p>
          <w:p w:rsidR="00587ED8" w:rsidRPr="00587ED8" w:rsidRDefault="00587ED8" w:rsidP="00587ED8">
            <w:pPr>
              <w:numPr>
                <w:ilvl w:val="0"/>
                <w:numId w:val="1"/>
              </w:numPr>
              <w:contextualSpacing/>
            </w:pPr>
            <w:r w:rsidRPr="00587ED8">
              <w:t>Invita a analizar las metodologías que utiliza, la organización del trabajo áulico, el proceso de aprendizaje de sus estudiantes y sus dificultades, así como los tipos de evaluación y los recursos que emplea.</w:t>
            </w:r>
          </w:p>
          <w:p w:rsidR="00DB1A2F" w:rsidRPr="00587ED8" w:rsidRDefault="00DB1A2F" w:rsidP="00587ED8">
            <w:pPr>
              <w:pStyle w:val="Listaconvietas"/>
              <w:numPr>
                <w:ilvl w:val="0"/>
                <w:numId w:val="0"/>
              </w:numPr>
              <w:ind w:left="360"/>
            </w:pPr>
          </w:p>
        </w:tc>
      </w:tr>
    </w:tbl>
    <w:p w:rsidR="00DB1A2F" w:rsidRPr="000038BB" w:rsidRDefault="00D82ADC">
      <w:pPr>
        <w:pStyle w:val="Ttulo2"/>
      </w:pPr>
      <w:r w:rsidRPr="000038BB">
        <w:lastRenderedPageBreak/>
        <w:t>Producto 4. Esquema “La práctica a la luz de la NEM” (tema + nexos por dimensión)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 esquema donde eliges un tema trabajado en el colectivo y escribes cómo se vincula con cada dimensión de la práctica docente.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resignificar el tema desde la práctica real y ubicar decisiones pedagógicas concretas.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9D6329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Tema elegido: Evaluación formativa</w:t>
            </w:r>
          </w:p>
          <w:p w:rsidR="00DB1A2F" w:rsidRPr="000038BB" w:rsidRDefault="00D82ADC">
            <w:pPr>
              <w:pStyle w:val="Listaconvietas"/>
            </w:pPr>
            <w:r w:rsidRPr="000038BB">
              <w:t>Nexos por dimensión:</w:t>
            </w:r>
          </w:p>
          <w:p w:rsidR="00DB1A2F" w:rsidRPr="000038BB" w:rsidRDefault="00D82ADC">
            <w:pPr>
              <w:pStyle w:val="Listaconvietas"/>
            </w:pPr>
            <w:r w:rsidRPr="000038BB">
              <w:t>- Personal: me cuesta dar retroalimentación breve; tiendo a explicar demasiado.</w:t>
            </w:r>
          </w:p>
          <w:p w:rsidR="00DB1A2F" w:rsidRPr="000038BB" w:rsidRDefault="00D82ADC">
            <w:pPr>
              <w:pStyle w:val="Listaconvietas"/>
            </w:pPr>
            <w:r w:rsidRPr="000038BB">
              <w:t>- Didáctica: ajusté criterios y evidencias por PDA; uso listas de cotejo.</w:t>
            </w:r>
          </w:p>
          <w:p w:rsidR="00DB1A2F" w:rsidRPr="000038BB" w:rsidRDefault="00D82ADC">
            <w:pPr>
              <w:pStyle w:val="Listaconvietas"/>
            </w:pPr>
            <w:r w:rsidRPr="000038BB">
              <w:t>- Interpersonal: acuerdo con el grupo ‘retroalimentación sin burlas’.</w:t>
            </w:r>
          </w:p>
          <w:p w:rsidR="00DB1A2F" w:rsidRPr="000038BB" w:rsidRDefault="00D82ADC">
            <w:pPr>
              <w:pStyle w:val="Listaconvietas"/>
            </w:pPr>
            <w:r w:rsidRPr="000038BB">
              <w:t>- Institucional: alineamos registro de evaluación con acuerdos del CTE.</w:t>
            </w:r>
          </w:p>
          <w:p w:rsidR="00DB1A2F" w:rsidRPr="000038BB" w:rsidRDefault="00D82ADC">
            <w:pPr>
              <w:pStyle w:val="Listaconvietas"/>
            </w:pPr>
            <w:r w:rsidRPr="000038BB">
              <w:t>- Social: considero que algunos alumnos no tienen apoyo en casa → más práctica guiada.</w:t>
            </w:r>
          </w:p>
          <w:p w:rsidR="00DB1A2F" w:rsidRPr="000038BB" w:rsidRDefault="00D82ADC" w:rsidP="009D6329">
            <w:pPr>
              <w:pStyle w:val="Listaconvietas"/>
            </w:pPr>
            <w:r w:rsidRPr="000038BB">
              <w:t xml:space="preserve">- </w:t>
            </w:r>
            <w:proofErr w:type="spellStart"/>
            <w:r w:rsidRPr="000038BB">
              <w:t>Valoral</w:t>
            </w:r>
            <w:proofErr w:type="spellEnd"/>
            <w:r w:rsidRPr="000038BB">
              <w:t>: creo en el derecho a aprender; evito etiquetar ‘rezago’ como destino.</w:t>
            </w:r>
          </w:p>
          <w:p w:rsidR="00DB1A2F" w:rsidRPr="000038BB" w:rsidRDefault="00D82ADC">
            <w:pPr>
              <w:pStyle w:val="Listaconvietas"/>
            </w:pPr>
            <w:r w:rsidRPr="000038BB">
              <w:t>Idea clave que más sentido me generó: “Evaluar es acompañar, no sancionar.”</w:t>
            </w:r>
          </w:p>
        </w:tc>
      </w:tr>
    </w:tbl>
    <w:p w:rsidR="009D6329" w:rsidRDefault="009D6329">
      <w:pPr>
        <w:pStyle w:val="Ttulo2"/>
      </w:pPr>
    </w:p>
    <w:p w:rsidR="00DB1A2F" w:rsidRPr="000038BB" w:rsidRDefault="00D82ADC">
      <w:pPr>
        <w:pStyle w:val="Ttulo2"/>
      </w:pPr>
      <w:r w:rsidRPr="000038BB">
        <w:t>Producto 5. Cierre de Espacio 2: esquema de problematización (3 preguntas)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 organizador con tres preguntas para transformar el análisis en decisiones: resignificar el tema, identificar creencias interpeladas y decidir acciones pedagógicas.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pasar de ‘hablar del tema’ a acordar qué cambiar y cómo.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634064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1) ¿Cómo se resignifica el tema?:</w:t>
            </w:r>
          </w:p>
          <w:p w:rsidR="00DB1A2F" w:rsidRPr="000038BB" w:rsidRDefault="00D82ADC">
            <w:pPr>
              <w:pStyle w:val="Listaconvietas"/>
            </w:pPr>
            <w:r w:rsidRPr="000038BB">
              <w:t>La evaluación formativa ya no es ‘más instrumentos’, sino acompañamiento continuo con evidencias simples.</w:t>
            </w:r>
          </w:p>
          <w:p w:rsidR="00DB1A2F" w:rsidRPr="000038BB" w:rsidRDefault="00DB1A2F">
            <w:pPr>
              <w:pStyle w:val="Listaconvietas"/>
            </w:pPr>
          </w:p>
          <w:p w:rsidR="00DB1A2F" w:rsidRPr="000038BB" w:rsidRDefault="00D82ADC">
            <w:pPr>
              <w:pStyle w:val="Listaconvietas"/>
            </w:pPr>
            <w:r w:rsidRPr="000038BB">
              <w:t>2) ¿Qué creencias se interpelan?:</w:t>
            </w:r>
          </w:p>
          <w:p w:rsidR="00DB1A2F" w:rsidRPr="000038BB" w:rsidRDefault="00D82ADC">
            <w:pPr>
              <w:pStyle w:val="Listaconvietas"/>
            </w:pPr>
            <w:r w:rsidRPr="000038BB">
              <w:t xml:space="preserve">Creía que ‘si no pongo calificación dura, no trabajan’. Veo que el </w:t>
            </w:r>
            <w:proofErr w:type="spellStart"/>
            <w:r w:rsidRPr="000038BB">
              <w:t>feedback</w:t>
            </w:r>
            <w:proofErr w:type="spellEnd"/>
            <w:r w:rsidRPr="000038BB">
              <w:t xml:space="preserve"> claro + metas sí funciona.</w:t>
            </w:r>
          </w:p>
          <w:p w:rsidR="00DB1A2F" w:rsidRPr="000038BB" w:rsidRDefault="00DB1A2F">
            <w:pPr>
              <w:pStyle w:val="Listaconvietas"/>
            </w:pPr>
          </w:p>
          <w:p w:rsidR="00DB1A2F" w:rsidRPr="000038BB" w:rsidRDefault="00D82ADC">
            <w:pPr>
              <w:pStyle w:val="Listaconvietas"/>
            </w:pPr>
            <w:r w:rsidRPr="000038BB">
              <w:t>3) ¿Qué decisiones pedagógicas tomar?:</w:t>
            </w:r>
          </w:p>
          <w:p w:rsidR="00DB1A2F" w:rsidRPr="000038BB" w:rsidRDefault="00D82ADC">
            <w:pPr>
              <w:pStyle w:val="Listaconvietas"/>
            </w:pPr>
            <w:r w:rsidRPr="000038BB">
              <w:t>- Retroalimentación de 2 minutos por equipo cada viernes.</w:t>
            </w:r>
          </w:p>
          <w:p w:rsidR="00DB1A2F" w:rsidRPr="000038BB" w:rsidRDefault="00D82ADC">
            <w:pPr>
              <w:pStyle w:val="Listaconvietas"/>
            </w:pPr>
            <w:r w:rsidRPr="000038BB">
              <w:t>- 1 criterio por producto, no 10.</w:t>
            </w:r>
          </w:p>
          <w:p w:rsidR="00DB1A2F" w:rsidRPr="000038BB" w:rsidRDefault="00D82ADC">
            <w:pPr>
              <w:pStyle w:val="Listaconvietas"/>
            </w:pPr>
            <w:r w:rsidRPr="000038BB">
              <w:t>- Evidencia de progreso con antes/después (foto o muestra).</w:t>
            </w:r>
          </w:p>
        </w:tc>
      </w:tr>
    </w:tbl>
    <w:p w:rsidR="00DB1A2F" w:rsidRPr="000038BB" w:rsidRDefault="00D82ADC">
      <w:pPr>
        <w:pStyle w:val="Ttulo1"/>
      </w:pPr>
      <w:r w:rsidRPr="000038BB">
        <w:t>Espacio 3. Construyendo en colectivo</w:t>
      </w:r>
    </w:p>
    <w:p w:rsidR="00DB1A2F" w:rsidRPr="000038BB" w:rsidRDefault="00D82ADC">
      <w:pPr>
        <w:pStyle w:val="Ttulo2"/>
      </w:pPr>
      <w:r w:rsidRPr="000038BB">
        <w:t>Producto 6. Cartografía del aprendizaje (Conocimiento – Saber – Creencia)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 mapa donde registras ideas de tu práctica y las ubicas como conocimiento (justificado), saber (práctico/situado) o creencia (convicción que sostiene la acción).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reconocer qué sostiene nuestras decisiones y qué necesitamos investigar o contrastar para mejorar.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9D6329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Tema de referencia: Planeación didáctica</w:t>
            </w:r>
          </w:p>
          <w:p w:rsidR="00DB1A2F" w:rsidRPr="000038BB" w:rsidRDefault="00DB1A2F" w:rsidP="009D6329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>CONOCIMIENTO (lo que puedo justificar con evidencia):</w:t>
            </w:r>
          </w:p>
          <w:p w:rsidR="00DB1A2F" w:rsidRPr="000038BB" w:rsidRDefault="00D82ADC">
            <w:pPr>
              <w:pStyle w:val="Listaconvietas"/>
            </w:pPr>
            <w:r w:rsidRPr="000038BB">
              <w:t>- Los objetivos claros + criterios de éxito mejoran desempeño (lo vi al comparar dos grupos).</w:t>
            </w:r>
          </w:p>
          <w:p w:rsidR="00DB1A2F" w:rsidRPr="000038BB" w:rsidRDefault="00D82ADC">
            <w:pPr>
              <w:pStyle w:val="Listaconvietas"/>
            </w:pPr>
            <w:r w:rsidRPr="000038BB">
              <w:lastRenderedPageBreak/>
              <w:t>- La práctica espaciada ayuda a retener (lo observé en lectura semanal).</w:t>
            </w:r>
          </w:p>
          <w:p w:rsidR="00DB1A2F" w:rsidRPr="000038BB" w:rsidRDefault="00DB1A2F" w:rsidP="009D6329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>SABER (lo que ‘me funciona’ en mi contexto):</w:t>
            </w:r>
          </w:p>
          <w:p w:rsidR="00DB1A2F" w:rsidRPr="000038BB" w:rsidRDefault="00D82ADC">
            <w:pPr>
              <w:pStyle w:val="Listaconvietas"/>
            </w:pPr>
            <w:r w:rsidRPr="000038BB">
              <w:t>- Inicio con 5 min de activación breve porque regresan inquietos del recreo.</w:t>
            </w:r>
          </w:p>
          <w:p w:rsidR="00DB1A2F" w:rsidRPr="000038BB" w:rsidRDefault="00D82ADC">
            <w:pPr>
              <w:pStyle w:val="Listaconvietas"/>
            </w:pPr>
            <w:r w:rsidRPr="000038BB">
              <w:t>- Uso ejemplos cercanos a la comunidad para enganchar.</w:t>
            </w:r>
          </w:p>
          <w:p w:rsidR="00DB1A2F" w:rsidRPr="000038BB" w:rsidRDefault="00DB1A2F" w:rsidP="009D6329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>CREENCIA (convicción que guía):</w:t>
            </w:r>
          </w:p>
          <w:p w:rsidR="00DB1A2F" w:rsidRPr="000038BB" w:rsidRDefault="00D82ADC">
            <w:pPr>
              <w:pStyle w:val="Listaconvietas"/>
            </w:pPr>
            <w:r w:rsidRPr="000038BB">
              <w:t>- Todo alumno puede aprender si ajusto apoyos y tiempos.</w:t>
            </w:r>
          </w:p>
          <w:p w:rsidR="00DB1A2F" w:rsidRPr="000038BB" w:rsidRDefault="00D82ADC">
            <w:pPr>
              <w:pStyle w:val="Listaconvietas"/>
            </w:pPr>
            <w:r w:rsidRPr="000038BB">
              <w:t>- La colaboración entre docentes vale más que ‘cada quien a lo suyo’.</w:t>
            </w:r>
          </w:p>
          <w:p w:rsidR="00DB1A2F" w:rsidRPr="000038BB" w:rsidRDefault="00DB1A2F" w:rsidP="009D6329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>Conexiones (líneas): Conocimiento sobre práctica espaciada → Saber: rutina semanal → Creencia: aprender es proceso.</w:t>
            </w:r>
          </w:p>
        </w:tc>
      </w:tr>
    </w:tbl>
    <w:p w:rsidR="00DB1A2F" w:rsidRPr="000038BB" w:rsidRDefault="00D82ADC">
      <w:pPr>
        <w:pStyle w:val="Ttulo2"/>
      </w:pPr>
      <w:r w:rsidRPr="000038BB">
        <w:lastRenderedPageBreak/>
        <w:t>Producto 7. Caja de desafíos comunes (2 situaciones por docente + situación integrada)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Tarjetas con retos/situaciones del centro de trabajo; luego se integran por equipos en una situación común susceptible de intervención.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identificar un reto compartido y construir propuestas viables desde la práctica docente.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A8205B">
            <w:r>
              <w:rPr>
                <w:b/>
              </w:rPr>
              <w:t xml:space="preserve">Producto 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Situación 1 (individual): “Baja participación de algunas familias en seguimiento de tareas y lectura en casa.”</w:t>
            </w:r>
          </w:p>
          <w:p w:rsidR="00DB1A2F" w:rsidRPr="000038BB" w:rsidRDefault="00D82ADC">
            <w:pPr>
              <w:pStyle w:val="Listaconvietas"/>
            </w:pPr>
            <w:r w:rsidRPr="000038BB">
              <w:t>Situación 2 (individual): “En 5° y 6° hay poca lectura fluida; se evita leer en voz alta por miedo a equivocarse.”</w:t>
            </w:r>
          </w:p>
          <w:p w:rsidR="00DB1A2F" w:rsidRPr="000038BB" w:rsidRDefault="00DB1A2F" w:rsidP="00A8205B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A8205B">
            <w:pPr>
              <w:pStyle w:val="Listaconvietas"/>
            </w:pPr>
            <w:r>
              <w:t>Ejemplo de s</w:t>
            </w:r>
            <w:r w:rsidR="00D82ADC" w:rsidRPr="000038BB">
              <w:t>ituación integrada (equipo):</w:t>
            </w:r>
          </w:p>
          <w:p w:rsidR="00DB1A2F" w:rsidRPr="000038BB" w:rsidRDefault="00D82ADC">
            <w:pPr>
              <w:pStyle w:val="Listaconvietas"/>
            </w:pPr>
            <w:r w:rsidRPr="000038BB">
              <w:t>“Limitada participación de familias en actividades escolares y de lectura, lo que afecta la motivación y el avance lector del alumnado.”</w:t>
            </w:r>
          </w:p>
        </w:tc>
      </w:tr>
    </w:tbl>
    <w:p w:rsidR="00DB1A2F" w:rsidRPr="000038BB" w:rsidRDefault="00D82ADC">
      <w:pPr>
        <w:pStyle w:val="Ttulo2"/>
      </w:pPr>
      <w:r w:rsidRPr="000038BB">
        <w:t>Producto 8. Propuesta para abordar la situación (actividad/técnica/estrategia)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Una propuesta concreta, comprensible, contextualizada y viable para atender la situación integrada.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pasar del diagnóstico a una intervención posible con recursos disponibles.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A8205B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Propuesta: “Círculos de lectura con familias (15 minutos)”</w:t>
            </w:r>
          </w:p>
          <w:p w:rsidR="00DB1A2F" w:rsidRPr="000038BB" w:rsidRDefault="00D82ADC">
            <w:pPr>
              <w:pStyle w:val="Listaconvietas"/>
            </w:pPr>
            <w:r w:rsidRPr="000038BB">
              <w:lastRenderedPageBreak/>
              <w:t>- Qué haremos: 1 día a la semana, al cierre, se invita a 3-5 familiares (rotativos) a leer con equipos.</w:t>
            </w:r>
          </w:p>
          <w:p w:rsidR="00DB1A2F" w:rsidRPr="000038BB" w:rsidRDefault="00D82ADC">
            <w:pPr>
              <w:pStyle w:val="Listaconvietas"/>
            </w:pPr>
            <w:r w:rsidRPr="000038BB">
              <w:t>- Recursos: 10 textos cortos impresos o cuadernillos; celular para grabar audio opcional.</w:t>
            </w:r>
          </w:p>
          <w:p w:rsidR="00DB1A2F" w:rsidRPr="000038BB" w:rsidRDefault="00D82ADC">
            <w:pPr>
              <w:pStyle w:val="Listaconvietas"/>
            </w:pPr>
            <w:r w:rsidRPr="000038BB">
              <w:t>- Roles: docente coordina; alumno ‘anfitrión’; familiar lector; relator del equipo.</w:t>
            </w:r>
          </w:p>
          <w:p w:rsidR="00DB1A2F" w:rsidRPr="000038BB" w:rsidRDefault="00D82ADC">
            <w:pPr>
              <w:pStyle w:val="Listaconvietas"/>
            </w:pPr>
            <w:r w:rsidRPr="000038BB">
              <w:t>- Evidencia: lista de asistencia + foto del texto trabajado + 1 frase de cada alumno sobre lo leído.</w:t>
            </w:r>
          </w:p>
          <w:p w:rsidR="00DB1A2F" w:rsidRPr="000038BB" w:rsidRDefault="00D82ADC">
            <w:pPr>
              <w:pStyle w:val="Listaconvietas"/>
            </w:pPr>
            <w:r w:rsidRPr="000038BB">
              <w:t>- Viabilidad: se inicia con familias disponibles; se comparte calendario; alternativa virtual por WhatsApp.</w:t>
            </w:r>
          </w:p>
        </w:tc>
      </w:tr>
    </w:tbl>
    <w:p w:rsidR="004A2793" w:rsidRDefault="004A2793">
      <w:pPr>
        <w:pStyle w:val="Ttulo2"/>
      </w:pPr>
    </w:p>
    <w:p w:rsidR="00DB1A2F" w:rsidRPr="000038BB" w:rsidRDefault="00D82ADC">
      <w:pPr>
        <w:pStyle w:val="Ttulo2"/>
      </w:pPr>
      <w:r w:rsidRPr="000038BB">
        <w:t>Producto 9. Esbozo de construcción del conocimiento en colectivo (nodos y tareas)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 mapa tipo ‘nodo central + flechas’ que describe la actividad central y las acciones específicas para desarrollarla.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ordenar el trabajo colectivo y asegurar seguimiento paso a paso.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4A2793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Actividad central (nodo): “Mejorar participación de familias en lectura”</w:t>
            </w:r>
          </w:p>
          <w:p w:rsidR="00DB1A2F" w:rsidRPr="000038BB" w:rsidRDefault="00D82ADC">
            <w:pPr>
              <w:pStyle w:val="Listaconvietas"/>
            </w:pPr>
            <w:r w:rsidRPr="000038BB">
              <w:t>Acciones (flechas):</w:t>
            </w:r>
          </w:p>
          <w:p w:rsidR="00DB1A2F" w:rsidRPr="000038BB" w:rsidRDefault="00D82ADC">
            <w:pPr>
              <w:pStyle w:val="Listaconvietas"/>
            </w:pPr>
            <w:r w:rsidRPr="000038BB">
              <w:t>- Revisar evidencias actuales (asistencia, lectura, tareas).</w:t>
            </w:r>
          </w:p>
          <w:p w:rsidR="00DB1A2F" w:rsidRPr="000038BB" w:rsidRDefault="00D82ADC">
            <w:pPr>
              <w:pStyle w:val="Listaconvietas"/>
            </w:pPr>
            <w:r w:rsidRPr="000038BB">
              <w:t>- Investigar 2 experiencias exitosas (lectura en casa/escuela).</w:t>
            </w:r>
          </w:p>
          <w:p w:rsidR="00DB1A2F" w:rsidRPr="000038BB" w:rsidRDefault="00D82ADC">
            <w:pPr>
              <w:pStyle w:val="Listaconvietas"/>
            </w:pPr>
            <w:r w:rsidRPr="000038BB">
              <w:t>- Diseñar estrategia mínima viable (piloto 4 semanas).</w:t>
            </w:r>
          </w:p>
          <w:p w:rsidR="00DB1A2F" w:rsidRPr="000038BB" w:rsidRDefault="00D82ADC">
            <w:pPr>
              <w:pStyle w:val="Listaconvietas"/>
            </w:pPr>
            <w:r w:rsidRPr="000038BB">
              <w:t>- Implementar piloto y registrar (bitácora semanal).</w:t>
            </w:r>
          </w:p>
          <w:p w:rsidR="00DB1A2F" w:rsidRPr="000038BB" w:rsidRDefault="00D82ADC">
            <w:pPr>
              <w:pStyle w:val="Listaconvietas"/>
            </w:pPr>
            <w:r w:rsidRPr="000038BB">
              <w:t>- Analizar resultados y ajustar.</w:t>
            </w:r>
          </w:p>
          <w:p w:rsidR="00DB1A2F" w:rsidRPr="000038BB" w:rsidRDefault="00D82ADC">
            <w:pPr>
              <w:pStyle w:val="Listaconvietas"/>
            </w:pPr>
            <w:r w:rsidRPr="000038BB">
              <w:t>- Socializar acuerdos en CTE y calendarizar seguimiento.</w:t>
            </w:r>
          </w:p>
        </w:tc>
      </w:tr>
    </w:tbl>
    <w:p w:rsidR="00DB1A2F" w:rsidRPr="000038BB" w:rsidRDefault="00D82ADC">
      <w:pPr>
        <w:pStyle w:val="Ttulo1"/>
      </w:pPr>
      <w:r w:rsidRPr="000038BB">
        <w:t>Espacio 4. Caligrama de la comunidad</w:t>
      </w:r>
    </w:p>
    <w:p w:rsidR="00DB1A2F" w:rsidRPr="000038BB" w:rsidRDefault="00D82ADC">
      <w:pPr>
        <w:pStyle w:val="Ttulo2"/>
      </w:pPr>
      <w:r w:rsidRPr="000038BB">
        <w:t>Producto 10. Listado compartido de reflexiones (dinámica “El Sol brilla en…”)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Una lista colectiva de ideas/reflexiones sobre la práctica para conformar comunidad de aprendizaje, generada con una dinámica breve de coincidencias.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recuperar la voz de todos, construir identidad y generar insumos para el caligrama final.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4A2793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 w:rsidP="004A2793">
            <w:pPr>
              <w:pStyle w:val="Listaconvietas"/>
              <w:numPr>
                <w:ilvl w:val="0"/>
                <w:numId w:val="0"/>
              </w:numPr>
              <w:ind w:left="360"/>
            </w:pPr>
            <w:r w:rsidRPr="000038BB">
              <w:t>Listado compartido</w:t>
            </w:r>
            <w:r w:rsidR="004A2793">
              <w:t xml:space="preserve"> d</w:t>
            </w:r>
            <w:r w:rsidR="004A2793" w:rsidRPr="004A2793">
              <w:t>e las reflexiones de la práctica para la conformación de una comunidad de aprendizaje</w:t>
            </w:r>
            <w:r w:rsidRPr="000038BB">
              <w:t>:</w:t>
            </w:r>
          </w:p>
          <w:p w:rsidR="00DB1A2F" w:rsidRPr="000038BB" w:rsidRDefault="00D82ADC">
            <w:pPr>
              <w:pStyle w:val="Listaconvietas"/>
            </w:pPr>
            <w:r w:rsidRPr="000038BB">
              <w:t>- Nos ayuda tener roles rotativos (no siempre coordina la misma persona).</w:t>
            </w:r>
          </w:p>
          <w:p w:rsidR="00DB1A2F" w:rsidRPr="000038BB" w:rsidRDefault="00D82ADC">
            <w:pPr>
              <w:pStyle w:val="Listaconvietas"/>
            </w:pPr>
            <w:r w:rsidRPr="000038BB">
              <w:t>- Los acuerdos se sostienen si hay evidencia y fecha de revisión.</w:t>
            </w:r>
          </w:p>
          <w:p w:rsidR="00DB1A2F" w:rsidRPr="000038BB" w:rsidRDefault="00D82ADC">
            <w:pPr>
              <w:pStyle w:val="Listaconvietas"/>
            </w:pPr>
            <w:r w:rsidRPr="000038BB">
              <w:t>- La confianza crece cuando hablamos con respeto y sin juicio.</w:t>
            </w:r>
          </w:p>
          <w:p w:rsidR="00DB1A2F" w:rsidRPr="000038BB" w:rsidRDefault="00D82ADC">
            <w:pPr>
              <w:pStyle w:val="Listaconvietas"/>
            </w:pPr>
            <w:r w:rsidRPr="000038BB">
              <w:t>- Aprendemos más cuando compartimos ‘lo que me salió mal’ y qué hice.</w:t>
            </w:r>
          </w:p>
          <w:p w:rsidR="00DB1A2F" w:rsidRPr="000038BB" w:rsidRDefault="00D82ADC">
            <w:pPr>
              <w:pStyle w:val="Listaconvietas"/>
            </w:pPr>
            <w:r w:rsidRPr="000038BB">
              <w:t>- Necesitamos menos formatos y más conversación pedagógica.</w:t>
            </w:r>
          </w:p>
          <w:p w:rsidR="00DB1A2F" w:rsidRPr="000038BB" w:rsidRDefault="00D82ADC">
            <w:pPr>
              <w:pStyle w:val="Listaconvietas"/>
            </w:pPr>
            <w:r w:rsidRPr="000038BB">
              <w:t>- El aula es nuestro laboratorio: observamos, registramos, ajustamos.</w:t>
            </w:r>
          </w:p>
        </w:tc>
      </w:tr>
    </w:tbl>
    <w:p w:rsidR="004A2793" w:rsidRDefault="004A2793">
      <w:pPr>
        <w:pStyle w:val="Ttulo2"/>
      </w:pPr>
    </w:p>
    <w:p w:rsidR="00DB1A2F" w:rsidRPr="000038BB" w:rsidRDefault="00D82ADC">
      <w:pPr>
        <w:pStyle w:val="Ttulo2"/>
      </w:pPr>
      <w:r w:rsidRPr="000038BB">
        <w:t>Producto 11. Caligrama de la comunidad (texto listo + guía de armado)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640"/>
      </w:tblGrid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¿Qué es?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Un poema/figura hecha con palabras o frases que reflejan la visión del colectivo como comunidad de aprendizaje.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D82ADC">
            <w:r w:rsidRPr="000038BB">
              <w:rPr>
                <w:b/>
              </w:rPr>
              <w:t>¿Para qué sirve?</w:t>
            </w:r>
            <w:r w:rsidRPr="000038BB">
              <w:rPr>
                <w:b/>
              </w:rPr>
              <w:br/>
            </w:r>
          </w:p>
          <w:p w:rsidR="00DB1A2F" w:rsidRPr="000038BB" w:rsidRDefault="00D82ADC">
            <w:pPr>
              <w:pStyle w:val="Listaconvietas"/>
            </w:pPr>
            <w:r w:rsidRPr="000038BB">
              <w:t>Para cerrar el Taller con identidad, sentido y compromisos visibles.</w:t>
            </w:r>
          </w:p>
        </w:tc>
      </w:tr>
      <w:tr w:rsidR="00DB1A2F" w:rsidRPr="000038BB">
        <w:tc>
          <w:tcPr>
            <w:tcW w:w="8640" w:type="dxa"/>
          </w:tcPr>
          <w:p w:rsidR="00DB1A2F" w:rsidRPr="000038BB" w:rsidRDefault="00714A55">
            <w:r>
              <w:rPr>
                <w:b/>
              </w:rPr>
              <w:t>Producto</w:t>
            </w:r>
            <w:r w:rsidR="00D82ADC" w:rsidRPr="000038BB">
              <w:rPr>
                <w:b/>
              </w:rPr>
              <w:t xml:space="preserve"> ya hecho (puedes editarlo):</w:t>
            </w:r>
            <w:r w:rsidR="00D82ADC" w:rsidRPr="000038BB">
              <w:rPr>
                <w:b/>
              </w:rPr>
              <w:br/>
            </w:r>
          </w:p>
          <w:p w:rsidR="00DB1A2F" w:rsidRPr="000038BB" w:rsidRDefault="00D82ADC" w:rsidP="00714A55">
            <w:pPr>
              <w:pStyle w:val="Listaconvietas"/>
              <w:numPr>
                <w:ilvl w:val="0"/>
                <w:numId w:val="0"/>
              </w:numPr>
              <w:ind w:left="360"/>
            </w:pPr>
            <w:r w:rsidRPr="000038BB">
              <w:t xml:space="preserve">Silueta sugerida: un ‘camino’ o ‘árbol’ </w:t>
            </w:r>
          </w:p>
          <w:p w:rsidR="00DB1A2F" w:rsidRPr="000038BB" w:rsidRDefault="00DB1A2F" w:rsidP="00714A55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 xml:space="preserve">Texto (ejemplo, listo para </w:t>
            </w:r>
            <w:r w:rsidR="00714A55">
              <w:t xml:space="preserve">escribir o </w:t>
            </w:r>
            <w:r w:rsidRPr="000038BB">
              <w:t xml:space="preserve">pegar en la </w:t>
            </w:r>
            <w:r w:rsidR="00714A55">
              <w:t>silueta</w:t>
            </w:r>
            <w:r w:rsidRPr="000038BB">
              <w:t>):</w:t>
            </w:r>
          </w:p>
          <w:p w:rsidR="00DB1A2F" w:rsidRPr="000038BB" w:rsidRDefault="00D82ADC">
            <w:pPr>
              <w:pStyle w:val="Listaconvietas"/>
            </w:pPr>
            <w:r w:rsidRPr="000038BB">
              <w:t>“Somos una comunidad que aprende con y de otras y otros.</w:t>
            </w:r>
            <w:r w:rsidRPr="000038BB">
              <w:br/>
              <w:t>Dialogamos con respeto.</w:t>
            </w:r>
            <w:r w:rsidRPr="000038BB">
              <w:br/>
              <w:t>Compartimos lo que sabemos y lo que dudamos.</w:t>
            </w:r>
            <w:r w:rsidRPr="000038BB">
              <w:br/>
              <w:t>Acordamos, actuamos y damos seguimiento.</w:t>
            </w:r>
            <w:r w:rsidRPr="000038BB">
              <w:br/>
              <w:t>Observamos la práctica, la problematizamos y la transformamos.</w:t>
            </w:r>
            <w:r w:rsidRPr="000038BB">
              <w:br/>
              <w:t>Cuidamos a las personas y cuidamos el aprendizaje.</w:t>
            </w:r>
            <w:r w:rsidRPr="000038BB">
              <w:br/>
              <w:t>Nuestro compromiso: avanzar juntas y juntos, con evidencia y corazón.”</w:t>
            </w:r>
          </w:p>
          <w:p w:rsidR="00DB1A2F" w:rsidRPr="000038BB" w:rsidRDefault="00DB1A2F" w:rsidP="004A2793">
            <w:pPr>
              <w:pStyle w:val="Listaconvietas"/>
              <w:numPr>
                <w:ilvl w:val="0"/>
                <w:numId w:val="0"/>
              </w:numPr>
              <w:ind w:left="360"/>
            </w:pPr>
          </w:p>
          <w:p w:rsidR="00DB1A2F" w:rsidRPr="000038BB" w:rsidRDefault="00D82ADC">
            <w:pPr>
              <w:pStyle w:val="Listaconvietas"/>
            </w:pPr>
            <w:r w:rsidRPr="000038BB">
              <w:t>Compromisos (3):</w:t>
            </w:r>
          </w:p>
          <w:p w:rsidR="00DB1A2F" w:rsidRPr="000038BB" w:rsidRDefault="00D82ADC">
            <w:pPr>
              <w:pStyle w:val="Listaconvietas"/>
            </w:pPr>
            <w:r w:rsidRPr="000038BB">
              <w:t>- Roles rotativos en cada reunión.</w:t>
            </w:r>
          </w:p>
          <w:p w:rsidR="00DB1A2F" w:rsidRPr="000038BB" w:rsidRDefault="00D82ADC">
            <w:pPr>
              <w:pStyle w:val="Listaconvietas"/>
            </w:pPr>
            <w:r w:rsidRPr="000038BB">
              <w:t>- Evidencia mínima por acuerdo (1 hoja o 1 foto).</w:t>
            </w:r>
          </w:p>
          <w:p w:rsidR="00DB1A2F" w:rsidRPr="000038BB" w:rsidRDefault="00D82ADC">
            <w:pPr>
              <w:pStyle w:val="Listaconvietas"/>
            </w:pPr>
            <w:r w:rsidRPr="000038BB">
              <w:t>- Revisión de acuerdos con fecha fija.</w:t>
            </w:r>
          </w:p>
        </w:tc>
      </w:tr>
    </w:tbl>
    <w:p w:rsidR="001C1823" w:rsidRDefault="001C1823" w:rsidP="00714A55">
      <w:pPr>
        <w:pStyle w:val="Ttulo1"/>
      </w:pPr>
    </w:p>
    <w:p w:rsidR="00DB1A2F" w:rsidRDefault="001C1823" w:rsidP="001C1823">
      <w:pPr>
        <w:tabs>
          <w:tab w:val="left" w:pos="3828"/>
        </w:tabs>
      </w:pPr>
      <w:r>
        <w:tab/>
      </w:r>
    </w:p>
    <w:p w:rsidR="001C1823" w:rsidRDefault="001C1823" w:rsidP="001C1823">
      <w:pPr>
        <w:tabs>
          <w:tab w:val="left" w:pos="3828"/>
        </w:tabs>
      </w:pPr>
    </w:p>
    <w:p w:rsidR="001C1823" w:rsidRDefault="001C1823" w:rsidP="001C1823">
      <w:pPr>
        <w:tabs>
          <w:tab w:val="left" w:pos="3828"/>
        </w:tabs>
      </w:pPr>
    </w:p>
    <w:p w:rsidR="001C1823" w:rsidRDefault="001C1823" w:rsidP="001C1823">
      <w:pPr>
        <w:tabs>
          <w:tab w:val="left" w:pos="3828"/>
        </w:tabs>
      </w:pPr>
    </w:p>
    <w:p w:rsidR="001C1823" w:rsidRDefault="001C1823" w:rsidP="001C1823">
      <w:pPr>
        <w:tabs>
          <w:tab w:val="left" w:pos="3828"/>
        </w:tabs>
      </w:pPr>
    </w:p>
    <w:p w:rsidR="001C1823" w:rsidRPr="006F570D" w:rsidRDefault="001C1823" w:rsidP="006F570D">
      <w:pPr>
        <w:tabs>
          <w:tab w:val="left" w:pos="3828"/>
        </w:tabs>
        <w:rPr>
          <w:sz w:val="72"/>
          <w:szCs w:val="72"/>
        </w:rPr>
      </w:pPr>
    </w:p>
    <w:p w:rsidR="001C1823" w:rsidRPr="006F570D" w:rsidRDefault="001C1823" w:rsidP="001C1823">
      <w:pPr>
        <w:tabs>
          <w:tab w:val="left" w:pos="3828"/>
        </w:tabs>
        <w:jc w:val="center"/>
        <w:rPr>
          <w:b/>
          <w:sz w:val="72"/>
          <w:szCs w:val="72"/>
        </w:rPr>
      </w:pPr>
      <w:r w:rsidRPr="006F570D">
        <w:rPr>
          <w:b/>
          <w:sz w:val="72"/>
          <w:szCs w:val="72"/>
        </w:rPr>
        <w:t>Anexos para producto 3</w:t>
      </w:r>
    </w:p>
    <w:p w:rsidR="00D82ADC" w:rsidRDefault="00D82ADC" w:rsidP="001C1823">
      <w:pPr>
        <w:tabs>
          <w:tab w:val="left" w:pos="3828"/>
        </w:tabs>
        <w:jc w:val="center"/>
      </w:pPr>
      <w:r w:rsidRPr="00D82ADC">
        <w:rPr>
          <w:noProof/>
          <w:lang w:val="es-ES" w:eastAsia="es-ES"/>
        </w:rPr>
        <w:lastRenderedPageBreak/>
        <w:drawing>
          <wp:inline distT="0" distB="0" distL="0" distR="0" wp14:anchorId="769F2E97" wp14:editId="64172769">
            <wp:extent cx="7287319" cy="5451357"/>
            <wp:effectExtent l="381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44550" cy="549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ADC" w:rsidRDefault="00D82ADC" w:rsidP="001C1823">
      <w:pPr>
        <w:tabs>
          <w:tab w:val="left" w:pos="3828"/>
        </w:tabs>
        <w:jc w:val="center"/>
      </w:pPr>
    </w:p>
    <w:p w:rsidR="00D82ADC" w:rsidRDefault="00D82ADC" w:rsidP="001C1823">
      <w:pPr>
        <w:tabs>
          <w:tab w:val="left" w:pos="3828"/>
        </w:tabs>
        <w:jc w:val="center"/>
      </w:pPr>
    </w:p>
    <w:p w:rsidR="00D82ADC" w:rsidRDefault="00D82ADC" w:rsidP="001C1823">
      <w:pPr>
        <w:tabs>
          <w:tab w:val="left" w:pos="3828"/>
        </w:tabs>
        <w:jc w:val="center"/>
      </w:pPr>
    </w:p>
    <w:p w:rsidR="00D82ADC" w:rsidRDefault="00D82ADC" w:rsidP="001C1823">
      <w:pPr>
        <w:tabs>
          <w:tab w:val="left" w:pos="3828"/>
        </w:tabs>
        <w:jc w:val="center"/>
      </w:pPr>
    </w:p>
    <w:p w:rsidR="00D82ADC" w:rsidRDefault="00D82ADC" w:rsidP="001C1823">
      <w:pPr>
        <w:tabs>
          <w:tab w:val="left" w:pos="3828"/>
        </w:tabs>
        <w:jc w:val="center"/>
      </w:pPr>
      <w:r>
        <w:rPr>
          <w:noProof/>
          <w:lang w:val="es-ES" w:eastAsia="es-ES"/>
        </w:rPr>
        <w:drawing>
          <wp:inline distT="0" distB="0" distL="0" distR="0" wp14:anchorId="144B9FBD">
            <wp:extent cx="6228907" cy="4274820"/>
            <wp:effectExtent l="0" t="0" r="63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464" cy="428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5897" w:rsidRDefault="00F85897" w:rsidP="001C1823">
      <w:pPr>
        <w:tabs>
          <w:tab w:val="left" w:pos="3828"/>
        </w:tabs>
        <w:jc w:val="center"/>
      </w:pPr>
    </w:p>
    <w:p w:rsidR="00F85897" w:rsidRDefault="00F85897" w:rsidP="001C1823">
      <w:pPr>
        <w:tabs>
          <w:tab w:val="left" w:pos="3828"/>
        </w:tabs>
        <w:jc w:val="center"/>
      </w:pPr>
    </w:p>
    <w:p w:rsidR="00F85897" w:rsidRDefault="00B15894" w:rsidP="001C1823">
      <w:pPr>
        <w:tabs>
          <w:tab w:val="left" w:pos="3828"/>
        </w:tabs>
        <w:jc w:val="center"/>
      </w:pPr>
      <w:bookmarkStart w:id="0" w:name="_GoBack"/>
      <w:bookmarkEnd w:id="0"/>
      <w:r w:rsidRPr="000E0725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1DE0004" wp14:editId="4CB387AC">
                <wp:simplePos x="0" y="0"/>
                <wp:positionH relativeFrom="column">
                  <wp:posOffset>-3269615</wp:posOffset>
                </wp:positionH>
                <wp:positionV relativeFrom="paragraph">
                  <wp:posOffset>480060</wp:posOffset>
                </wp:positionV>
                <wp:extent cx="1127760" cy="1630680"/>
                <wp:effectExtent l="0" t="0" r="0" b="7620"/>
                <wp:wrapNone/>
                <wp:docPr id="1180419165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760" cy="1630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59782" h="4023360">
                              <a:moveTo>
                                <a:pt x="0" y="0"/>
                              </a:moveTo>
                              <a:lnTo>
                                <a:pt x="2759782" y="0"/>
                              </a:lnTo>
                              <a:lnTo>
                                <a:pt x="2759782" y="4023360"/>
                              </a:lnTo>
                              <a:lnTo>
                                <a:pt x="0" y="40233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txbx>
                        <w:txbxContent>
                          <w:p w:rsidR="00B15894" w:rsidRDefault="00B15894" w:rsidP="00B15894">
                            <w:pPr>
                              <w:jc w:val="center"/>
                            </w:pPr>
                            <w:r>
                              <w:t>+*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E0004" id="Freeform 5" o:spid="_x0000_s1026" style="position:absolute;left:0;text-align:left;margin-left:-257.45pt;margin-top:37.8pt;width:88.8pt;height:128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759782,4023360" o:spt="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" adj="-11796480,,5400" path="m,l2759782,r,4023360l,4023360,,xe" stroked="f">
                <v:fill r:id="rId30" o:title="" recolor="t" rotate="t" type="frame"/>
                <v:stroke joinstyle="miter"/>
                <v:formulas/>
                <v:path arrowok="t" o:connecttype="custom" textboxrect="0,0,2759782,4023360"/>
                <v:textbox>
                  <w:txbxContent>
                    <w:p w:rsidR="00B15894" w:rsidRDefault="00B15894" w:rsidP="00B15894">
                      <w:pPr>
                        <w:jc w:val="center"/>
                      </w:pPr>
                      <w:r>
                        <w:t>+*</w:t>
                      </w:r>
                    </w:p>
                  </w:txbxContent>
                </v:textbox>
              </v:shape>
            </w:pict>
          </mc:Fallback>
        </mc:AlternateContent>
      </w:r>
    </w:p>
    <w:p w:rsidR="00F85897" w:rsidRDefault="00F85897" w:rsidP="001C1823">
      <w:pPr>
        <w:tabs>
          <w:tab w:val="left" w:pos="3828"/>
        </w:tabs>
        <w:jc w:val="center"/>
      </w:pPr>
    </w:p>
    <w:p w:rsidR="00F85897" w:rsidRDefault="00F85897" w:rsidP="001C1823">
      <w:pPr>
        <w:tabs>
          <w:tab w:val="left" w:pos="3828"/>
        </w:tabs>
        <w:jc w:val="center"/>
      </w:pPr>
    </w:p>
    <w:p w:rsidR="00F85897" w:rsidRDefault="00F85897" w:rsidP="001C1823">
      <w:pPr>
        <w:tabs>
          <w:tab w:val="left" w:pos="3828"/>
        </w:tabs>
        <w:jc w:val="center"/>
      </w:pPr>
    </w:p>
    <w:p w:rsidR="00F85897" w:rsidRDefault="00F85897" w:rsidP="001C1823">
      <w:pPr>
        <w:tabs>
          <w:tab w:val="left" w:pos="3828"/>
        </w:tabs>
        <w:jc w:val="center"/>
        <w:rPr>
          <w:sz w:val="48"/>
          <w:szCs w:val="48"/>
        </w:rPr>
      </w:pPr>
    </w:p>
    <w:p w:rsidR="00F85897" w:rsidRPr="00F85897" w:rsidRDefault="00F85897" w:rsidP="001C1823">
      <w:pPr>
        <w:tabs>
          <w:tab w:val="left" w:pos="3828"/>
        </w:tabs>
        <w:jc w:val="center"/>
        <w:rPr>
          <w:sz w:val="48"/>
          <w:szCs w:val="48"/>
        </w:rPr>
      </w:pPr>
    </w:p>
    <w:sectPr w:rsidR="00F85897" w:rsidRPr="00F85897" w:rsidSect="000E0725">
      <w:headerReference w:type="default" r:id="rId31"/>
      <w:pgSz w:w="12240" w:h="15840"/>
      <w:pgMar w:top="1440" w:right="1800" w:bottom="1440" w:left="1800" w:header="720" w:footer="720" w:gutter="0"/>
      <w:pgBorders w:offsetFrom="page">
        <w:top w:val="double" w:sz="6" w:space="24" w:color="4BACC6" w:themeColor="accent5"/>
        <w:left w:val="double" w:sz="6" w:space="24" w:color="4BACC6" w:themeColor="accent5"/>
        <w:bottom w:val="double" w:sz="6" w:space="24" w:color="4BACC6" w:themeColor="accent5"/>
        <w:right w:val="double" w:sz="6" w:space="24" w:color="4BACC6" w:themeColor="accent5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5A8A" w:rsidRDefault="003D5A8A" w:rsidP="00634064">
      <w:pPr>
        <w:spacing w:after="0" w:line="240" w:lineRule="auto"/>
      </w:pPr>
      <w:r>
        <w:separator/>
      </w:r>
    </w:p>
  </w:endnote>
  <w:endnote w:type="continuationSeparator" w:id="0">
    <w:p w:rsidR="003D5A8A" w:rsidRDefault="003D5A8A" w:rsidP="006340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5A8A" w:rsidRDefault="003D5A8A" w:rsidP="00634064">
      <w:pPr>
        <w:spacing w:after="0" w:line="240" w:lineRule="auto"/>
      </w:pPr>
      <w:r>
        <w:separator/>
      </w:r>
    </w:p>
  </w:footnote>
  <w:footnote w:type="continuationSeparator" w:id="0">
    <w:p w:rsidR="003D5A8A" w:rsidRDefault="003D5A8A" w:rsidP="006340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4064" w:rsidRDefault="00B15894">
    <w:pPr>
      <w:pStyle w:val="Encabezado"/>
    </w:pPr>
    <w:r>
      <w:rPr>
        <w:noProof/>
        <w:lang w:val="es-ES" w:eastAsia="es-ES"/>
      </w:rPr>
      <w:drawing>
        <wp:inline distT="0" distB="0" distL="0" distR="0">
          <wp:extent cx="5486400" cy="692785"/>
          <wp:effectExtent l="0" t="0" r="0" b="0"/>
          <wp:docPr id="23" name="Imagen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0000LOGO2026 (5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86400" cy="6927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038BB"/>
    <w:rsid w:val="00034616"/>
    <w:rsid w:val="0006063C"/>
    <w:rsid w:val="000E0725"/>
    <w:rsid w:val="000E36F7"/>
    <w:rsid w:val="0015074B"/>
    <w:rsid w:val="001C1823"/>
    <w:rsid w:val="0029639D"/>
    <w:rsid w:val="00326F90"/>
    <w:rsid w:val="003D5A8A"/>
    <w:rsid w:val="0041470B"/>
    <w:rsid w:val="004A2793"/>
    <w:rsid w:val="00526ABE"/>
    <w:rsid w:val="00587ED8"/>
    <w:rsid w:val="00634064"/>
    <w:rsid w:val="006F570D"/>
    <w:rsid w:val="00714A55"/>
    <w:rsid w:val="00853A00"/>
    <w:rsid w:val="009D6329"/>
    <w:rsid w:val="00A8205B"/>
    <w:rsid w:val="00AA1D8D"/>
    <w:rsid w:val="00B15894"/>
    <w:rsid w:val="00B47730"/>
    <w:rsid w:val="00C62375"/>
    <w:rsid w:val="00CB0664"/>
    <w:rsid w:val="00D245F5"/>
    <w:rsid w:val="00D82ADC"/>
    <w:rsid w:val="00DB1A2F"/>
    <w:rsid w:val="00DE5F0A"/>
    <w:rsid w:val="00EA1A91"/>
    <w:rsid w:val="00F85897"/>
    <w:rsid w:val="00F91C13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11FA77A"/>
  <w14:defaultImageDpi w14:val="300"/>
  <w15:docId w15:val="{ED64A28A-7DE2-47C1-BF62-210D90564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C693F"/>
    <w:rPr>
      <w:rFonts w:ascii="Calibri" w:eastAsia="Calibri" w:hAnsi="Calibri"/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18BF"/>
  </w:style>
  <w:style w:type="paragraph" w:styleId="Piedepgina">
    <w:name w:val="footer"/>
    <w:basedOn w:val="Normal"/>
    <w:link w:val="Piedepgina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18BF"/>
  </w:style>
  <w:style w:type="paragraph" w:styleId="Sinespaciado">
    <w:name w:val="No Spacing"/>
    <w:uiPriority w:val="1"/>
    <w:qFormat/>
    <w:rsid w:val="00FC693F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">
    <w:name w:val="Title"/>
    <w:basedOn w:val="Normal"/>
    <w:next w:val="Normal"/>
    <w:link w:val="Ttulo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rrafodelist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Textoindependiente">
    <w:name w:val="Body Text"/>
    <w:basedOn w:val="Normal"/>
    <w:link w:val="TextoindependienteCar"/>
    <w:uiPriority w:val="99"/>
    <w:unhideWhenUsed/>
    <w:rsid w:val="00AA1D8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AA1D8D"/>
  </w:style>
  <w:style w:type="paragraph" w:styleId="Textoindependiente2">
    <w:name w:val="Body Text 2"/>
    <w:basedOn w:val="Normal"/>
    <w:link w:val="Textoindependiente2Car"/>
    <w:uiPriority w:val="99"/>
    <w:unhideWhenUsed/>
    <w:rsid w:val="00AA1D8D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AA1D8D"/>
  </w:style>
  <w:style w:type="paragraph" w:styleId="Textoindependiente3">
    <w:name w:val="Body Text 3"/>
    <w:basedOn w:val="Normal"/>
    <w:link w:val="Textoindependien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aconvieta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aconvieta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aconvieta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aconnme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aconnme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aconnme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Continuarlista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omacro">
    <w:name w:val="macro"/>
    <w:link w:val="Texto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rsid w:val="0029639D"/>
    <w:rPr>
      <w:rFonts w:ascii="Courier" w:hAnsi="Courier"/>
      <w:sz w:val="20"/>
      <w:szCs w:val="20"/>
    </w:rPr>
  </w:style>
  <w:style w:type="paragraph" w:styleId="Cita">
    <w:name w:val="Quote"/>
    <w:basedOn w:val="Normal"/>
    <w:next w:val="Normal"/>
    <w:link w:val="CitaCar"/>
    <w:uiPriority w:val="29"/>
    <w:qFormat/>
    <w:rsid w:val="00FC693F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FC693F"/>
    <w:rPr>
      <w:i/>
      <w:iCs/>
      <w:color w:val="000000" w:themeColor="text1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Textoennegrita">
    <w:name w:val="Strong"/>
    <w:basedOn w:val="Fuentedeprrafopredeter"/>
    <w:uiPriority w:val="22"/>
    <w:qFormat/>
    <w:rsid w:val="00FC693F"/>
    <w:rPr>
      <w:b/>
      <w:bCs/>
    </w:rPr>
  </w:style>
  <w:style w:type="character" w:styleId="nfasis">
    <w:name w:val="Emphasis"/>
    <w:basedOn w:val="Fuentedeprrafopredeter"/>
    <w:uiPriority w:val="20"/>
    <w:qFormat/>
    <w:rsid w:val="00FC693F"/>
    <w:rPr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C693F"/>
    <w:rPr>
      <w:b/>
      <w:bCs/>
      <w:i/>
      <w:iCs/>
      <w:color w:val="4F81BD" w:themeColor="accent1"/>
    </w:rPr>
  </w:style>
  <w:style w:type="character" w:styleId="nfasissutil">
    <w:name w:val="Subtle Emphasis"/>
    <w:basedOn w:val="Fuentedeprrafopredeter"/>
    <w:uiPriority w:val="19"/>
    <w:qFormat/>
    <w:rsid w:val="00FC693F"/>
    <w:rPr>
      <w:i/>
      <w:iCs/>
      <w:color w:val="808080" w:themeColor="text1" w:themeTint="7F"/>
    </w:rPr>
  </w:style>
  <w:style w:type="character" w:styleId="nfasisintenso">
    <w:name w:val="Intense Emphasis"/>
    <w:basedOn w:val="Fuentedeprrafopredeter"/>
    <w:uiPriority w:val="21"/>
    <w:qFormat/>
    <w:rsid w:val="00FC693F"/>
    <w:rPr>
      <w:b/>
      <w:bCs/>
      <w:i/>
      <w:iCs/>
      <w:color w:val="4F81BD" w:themeColor="accent1"/>
    </w:rPr>
  </w:style>
  <w:style w:type="character" w:styleId="Referenciasutil">
    <w:name w:val="Subtle Reference"/>
    <w:basedOn w:val="Fuentedeprrafopredeter"/>
    <w:uiPriority w:val="31"/>
    <w:qFormat/>
    <w:rsid w:val="00FC693F"/>
    <w:rPr>
      <w:smallCaps/>
      <w:color w:val="C0504D" w:themeColor="accent2"/>
      <w:u w:val="single"/>
    </w:rPr>
  </w:style>
  <w:style w:type="character" w:styleId="Referenciaintensa">
    <w:name w:val="Intense Reference"/>
    <w:basedOn w:val="Fuentedeprrafopredeter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FC693F"/>
    <w:rPr>
      <w:b/>
      <w:bCs/>
      <w:smallCaps/>
      <w:spacing w:val="5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FC693F"/>
    <w:pPr>
      <w:outlineLvl w:val="9"/>
    </w:pPr>
  </w:style>
  <w:style w:type="table" w:styleId="Tablaconcuadrcula">
    <w:name w:val="Table Grid"/>
    <w:basedOn w:val="Tabla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doclaro">
    <w:name w:val="Light Shading"/>
    <w:basedOn w:val="Tabla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doclaro-nfasis2">
    <w:name w:val="Light Shading Accent 2"/>
    <w:basedOn w:val="Tabla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ombreadoclaro-nfasis3">
    <w:name w:val="Light Shading Accent 3"/>
    <w:basedOn w:val="Tabla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ombreadoclaro-nfasis4">
    <w:name w:val="Light Shading Accent 4"/>
    <w:basedOn w:val="Tabla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ombreadoclaro-nfasis5">
    <w:name w:val="Light Shading Accent 5"/>
    <w:basedOn w:val="Tabla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ombreadoclaro-nfasis6">
    <w:name w:val="Light Shading Accent 6"/>
    <w:basedOn w:val="Tabla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aclara">
    <w:name w:val="Light List"/>
    <w:basedOn w:val="Tab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clara-nfasis2">
    <w:name w:val="Light List Accent 2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aclara-nfasis3">
    <w:name w:val="Light List Accent 3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is4">
    <w:name w:val="Light List Accent 4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clara-nfasis5">
    <w:name w:val="Light List Accent 5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is6">
    <w:name w:val="Light List Accent 6"/>
    <w:basedOn w:val="Tab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Cuadrculaclara">
    <w:name w:val="Light Grid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Cuadrculaclara-nfasis2">
    <w:name w:val="Light Grid Accent 2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3">
    <w:name w:val="Light Grid Accent 3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Cuadrculaclara-nfasis4">
    <w:name w:val="Light Grid Accent 4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Cuadrculaclara-nfasis5">
    <w:name w:val="Light Grid Accent 5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Cuadrculaclara-nfasis6">
    <w:name w:val="Light Grid Accent 6"/>
    <w:basedOn w:val="Tab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domedio1">
    <w:name w:val="Medium Shading 1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edia1">
    <w:name w:val="Medium List 1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amedia1-nfasis2">
    <w:name w:val="Medium List 1 Accent 2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amedia1-nfasis3">
    <w:name w:val="Medium List 1 Accent 3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amedia1-nfasis4">
    <w:name w:val="Medium List 1 Accent 4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amedia1-nfasis5">
    <w:name w:val="Medium List 1 Accent 5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media1-nfasis6">
    <w:name w:val="Medium List 1 Accent 6"/>
    <w:basedOn w:val="Tab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amedia2">
    <w:name w:val="Medium List 2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Cuadrculamedia1">
    <w:name w:val="Medium Grid 1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uadrculamedia1-nfasis2">
    <w:name w:val="Medium Grid 1 Accent 2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uadrculamedia1-nfasis3">
    <w:name w:val="Medium Grid 1 Accent 3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uadrculamedia1-nfasis5">
    <w:name w:val="Medium Grid 1 Accent 5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media1-nfasis6">
    <w:name w:val="Medium Grid 1 Accent 6"/>
    <w:basedOn w:val="Tab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uadrculamedia2">
    <w:name w:val="Medium Grid 2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Cuadrculamedia3-nfasis2">
    <w:name w:val="Medium Grid 3 Accent 2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Cuadrculamedia3-nfasis3">
    <w:name w:val="Medium Grid 3 Accent 3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Cuadrculamedia3-nfasis5">
    <w:name w:val="Medium Grid 3 Accent 5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Cuadrculamedia3-nfasis6">
    <w:name w:val="Medium Grid 3 Accent 6"/>
    <w:basedOn w:val="Tab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aoscura">
    <w:name w:val="Dark List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aoscura-nfasis2">
    <w:name w:val="Dark List Accent 2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aoscura-nfasis3">
    <w:name w:val="Dark List Accent 3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aoscura-nfasis4">
    <w:name w:val="Dark List Accent 4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aoscura-nfasis5">
    <w:name w:val="Dark List Accent 5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aoscura-nfasis6">
    <w:name w:val="Dark List Accent 6"/>
    <w:basedOn w:val="Tab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Sombreadovistoso">
    <w:name w:val="Colorful Shading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vistosa">
    <w:name w:val="Colorful List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avistosa-nfasis2">
    <w:name w:val="Colorful List Accent 2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avistosa-nfasis3">
    <w:name w:val="Colorful List Accent 3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avistosa-nfasis4">
    <w:name w:val="Colorful List Accent 4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avistosa-nfasis5">
    <w:name w:val="Colorful List Accent 5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avistosa-nfasis6">
    <w:name w:val="Colorful List Accent 6"/>
    <w:basedOn w:val="Tab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uadrculavistosa">
    <w:name w:val="Colorful Grid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6340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F85897"/>
    <w:rPr>
      <w:color w:val="0000FF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F85897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432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64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5.sv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7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13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9" Type="http://schemas.openxmlformats.org/officeDocument/2006/relationships/image" Target="media/image8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14" Type="http://schemas.openxmlformats.org/officeDocument/2006/relationships/image" Target="media/image3.png"/><Relationship Id="rId9" Type="http://schemas.openxmlformats.org/officeDocument/2006/relationships/image" Target="media/image2.sv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6E55967-BDE3-424B-82DD-95DB4FB866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11</Pages>
  <Words>1982</Words>
  <Characters>10907</Characters>
  <Application>Microsoft Office Word</Application>
  <DocSecurity>0</DocSecurity>
  <Lines>90</Lines>
  <Paragraphs>25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12864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Antonio Ciudad Real Núñez</cp:lastModifiedBy>
  <cp:revision>10</cp:revision>
  <dcterms:created xsi:type="dcterms:W3CDTF">2013-12-23T23:15:00Z</dcterms:created>
  <dcterms:modified xsi:type="dcterms:W3CDTF">2026-01-07T17:44:00Z</dcterms:modified>
  <cp:category/>
</cp:coreProperties>
</file>